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Spendenprojekt nachvollziehbar führen</w:t>
      </w:r>
    </w:p>
    <w:p>
      <w:r>
        <w:t>Reitverein · Spende für Schulpferdeangebot oder Anlage</w:t>
      </w:r>
    </w:p>
    <w:p>
      <w:r>
        <w:t>Wird meine Spende für den Vereinsunterricht oder für einen privaten Anlagenbetreiber verwendet?</w:t>
      </w:r>
    </w:p>
    <w:p>
      <w:r>
        <w:t>Tatsächliche Angaben eintragen oder auf vorhandene Unterlagen verweisen. Offene Punkte mit zuständiger Person und Termin festhalten. Dieser Bogen erteilt keine steuerliche Freigabe.</w:t>
      </w:r>
    </w:p>
    <w:p>
      <w:pPr>
        <w:spacing w:after="100"/>
        <w:keepNext/>
      </w:pPr>
      <w:r>
        <w:rPr>
          <w:b/>
          <w:color w:val="000000"/>
        </w:rPr>
        <w:t>So verwenden Sie die Vorlage</w:t>
      </w:r>
    </w:p>
    <w:p>
      <w:pPr>
        <w:spacing w:after="100"/>
      </w:pPr>
      <w:r>
        <w:rPr>
          <w:color w:val="000000"/>
        </w:rPr>
        <w:t>Speichern Sie zuerst eine eigene Kopie in Word oder einem kompatiblen Textprogramm. Füllen Sie nur die für Ihren Vorgang passenden Felder aus. Ungeklärte Angaben bleiben offen; notieren Sie die Rückfrage und die zuständige Person.</w:t>
      </w:r>
    </w:p>
    <w:p>
      <w:pPr>
        <w:spacing w:after="100"/>
      </w:pPr>
      <w:r>
        <w:rPr>
          <w:color w:val="000000"/>
        </w:rPr>
        <w:t>Ergänzen Sie bei Bedarf passende Zeilen oder Felder. Speichern Sie Änderungen in Ihrer eigenen Datei. Für die Weitergabe können Sie zusätzlich ein PDF erzeugen; die Word-Datei bleibt Ihre bearbeitbare Fassung.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4082"/>
        <w:gridCol w:w="5556"/>
      </w:tblGrid>
      <w:tr>
        <w:trPr>
          <w:cantSplit/>
          <w:trHeight w:val="465"/>
          <w:tblHeader/>
        </w:trPr>
        <w:tc>
          <w:tcPr>
            <w:tcW w:type="dxa" w:w="4082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Prüfpunkt</w:t>
            </w:r>
          </w:p>
        </w:tc>
        <w:tc>
          <w:tcPr>
            <w:tcW w:type="dxa" w:w="5556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Eintrag / Nachweis / offene Frage</w:t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Vereinsangebot und konkretes Projekt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Verein Betrieb oder Privatperson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Eigentum und Nutzungsvereinbarung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Spendenzweck und Empfänger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Kauf Wartung und Folgekosten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Private und Vereinsanteile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Nachweis Rest und Änderung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Prüfung Entscheidung und Termin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</w:tbl>
    <w:p>
      <w:pPr>
        <w:spacing w:after="0"/>
      </w:pPr>
    </w:p>
    <w:p>
      <w:pPr>
        <w:pStyle w:val="Heading2"/>
      </w:pPr>
      <w:r>
        <w:t>In diesem Fall besonders prüfen</w:t>
      </w:r>
    </w:p>
    <w:p>
      <w:r>
        <w:t>Schulpferdeangebot oder konkrete Anlage mit tatsächlichem Eigentümer beschreiben.</w:t>
      </w:r>
    </w:p>
    <w:p>
      <w:r>
        <w:t>Kostenübernahme Nutzung und Wartung anhand der vorhandenen Vereinbarung prüfen.</w:t>
      </w:r>
    </w:p>
    <w:p>
      <w:r>
        <w:t>Nächster Schritt und Termin: ______________________________________________</w:t>
      </w:r>
    </w:p>
    <w:p>
      <w:r>
        <w:t>Geprüft durch / Datum: ___________________________________________________</w:t>
      </w:r>
    </w:p>
    <w:p>
      <w:pPr>
        <w:pStyle w:val="Heading2"/>
      </w:pPr>
      <w:r>
        <w:t>Grundlage und Grenzen</w:t>
      </w:r>
    </w:p>
    <w:p>
      <w:r>
        <w:t>Eigene Organisations- und Vorbereitungshilfe. Sie ist weder Zuwendungsbestätigung noch steuerliche Einstufung oder unterschriftsreifer Sponsoringvertrag. Vor einer Zusage tatsächliche Vereinsunterlagen, Zuständigkeiten und offene Fachfragen klären. Erläuterungen sind eigene Texte; Gesetzeswortlaut wird hier nicht umformuliert als Original ausgegeben.</w:t>
      </w:r>
    </w:p>
    <w:p>
      <w:r>
        <w:t xml:space="preserve">Quelle: </w:t>
      </w:r>
      <w:hyperlink r:id="rId10">
        <w:r>
          <w:rPr>
            <w:sz w:val="16"/>
          </w:rPr>
          <w:t xml:space="preserve">§ 10b EStG · Gesetze im Internet</w:t>
        </w:r>
      </w:hyperlink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ERG-SPENDE-REI | Arbeitsmittel Version 1.0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9" w:lineRule="auto"/>
    </w:pPr>
    <w:rPr>
      <w:rFonts w:ascii="Calibri" w:hAnsi="Calibri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20" w:line="259" w:lineRule="auto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20" w:line="259" w:lineRule="auto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20" w:line="259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yperlink" Target="https://www.gesetze-im-internet.de/estg/__10b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