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Nachweise zum Vorhaben ordnen</w:t>
      </w:r>
    </w:p>
    <w:p>
      <w:r>
        <w:t>Reitverein | Lehrgang mit vereinseigenen Schulpferden</w:t>
      </w:r>
    </w:p>
    <w:p>
      <w:r>
        <w:t>Mitglieder tragen Angaben zum tatsächlichen Vorhaben bei. Vorstand und Kasse prüfen Unterlagen, Zuständigkeit und offene Fragen. Dieser Bogen sammelt die Prüfung; er erteilt keine steuerliche Freigabe.</w:t>
      </w:r>
    </w:p>
    <w:p>
      <w:pPr>
        <w:spacing w:after="100"/>
        <w:keepNext/>
      </w:pPr>
      <w:r>
        <w:rPr>
          <w:b/>
          <w:color w:val="000000"/>
        </w:rPr>
        <w:t>So verwenden Sie die Vorlage</w:t>
      </w:r>
    </w:p>
    <w:p>
      <w:pPr>
        <w:spacing w:after="100"/>
      </w:pPr>
      <w:r>
        <w:rPr>
          <w:color w:val="000000"/>
        </w:rPr>
        <w:t>Speichern Sie zuerst eine eigene Kopie in Word oder einem kompatiblen Textprogramm. Füllen Sie nur die für Ihren Vorgang passenden Felder aus. Ungeklärte Angaben bleiben offen; notieren Sie die Rückfrage und die zuständige Person.</w:t>
      </w:r>
    </w:p>
    <w:p>
      <w:pPr>
        <w:spacing w:after="100"/>
      </w:pPr>
      <w:r>
        <w:rPr>
          <w:color w:val="000000"/>
        </w:rPr>
        <w:t>Ergänzen Sie bei Bedarf passende Zeilen oder Felder. Speichern Sie Änderungen in Ihrer eigenen Datei. Für die Weitergabe können Sie zusätzlich ein PDF erzeugen; die Word-Datei bleibt Ihre bearbeitbare Fassung.</w:t>
      </w:r>
    </w:p>
    <w:p>
      <w:pPr>
        <w:pStyle w:val="Heading1"/>
      </w:pPr>
      <w:r>
        <w:t>Tatsächliche Angaben und Nachweise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4025"/>
        <w:gridCol w:w="5613"/>
      </w:tblGrid>
      <w:tr>
        <w:trPr>
          <w:cantSplit/>
          <w:trHeight w:val="408"/>
          <w:tblHeader/>
        </w:trPr>
        <w:tc>
          <w:tcPr>
            <w:tcW w:type="dxa" w:w="4025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/>
                <w:sz w:val="18"/>
              </w:rPr>
              <w:t>Prüfpunkt</w:t>
            </w:r>
          </w:p>
        </w:tc>
        <w:tc>
          <w:tcPr>
            <w:tcW w:type="dxa" w:w="5613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/>
                <w:sz w:val="18"/>
              </w:rPr>
              <w:t>Eintrag oder Verweis</w:t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Verein Projektkennung und Zeitraum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Satzungsbezug und Beschlussverweis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Tatsächlich durchgeführte Tätigkeit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Einnahmen und Ausgaben Verweis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Belege und Zahlungsnachweise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Mittelbindung oder Empfängernachweis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Fehlende Unterlage und Rückfrage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Zuständig Termin und tatsächliche Klärung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2"/>
      </w:pPr>
      <w:r>
        <w:t>In diesem Verein besonders klären</w:t>
      </w:r>
    </w:p>
    <w:p>
      <w:r>
        <w:t>Schulpferd und konkreter Lehrgang: __________________________________________________</w:t>
      </w:r>
    </w:p>
    <w:p>
      <w:r>
        <w:t>Eigentum Nutzung und Kostenübernahme: __________________________________________________</w:t>
      </w:r>
    </w:p>
    <w:p>
      <w:r>
        <w:t>Offenen Punkt mit zuständiger Person und Termin festhalten. Eine leere Zeile bedeutet keine erfolgreiche Prüfung. Nachträgliche Klärungen mit tatsächlichem Datum ergänzen.</w:t>
      </w:r>
    </w:p>
    <w:p>
      <w:pPr>
        <w:pStyle w:val="Heading2"/>
      </w:pPr>
      <w:r>
        <w:t>Grundlage und Grenzen</w:t>
      </w:r>
    </w:p>
    <w:p>
      <w:r>
        <w:t>Belege, Zahlungen, Beschlüsse und tatsächliche Tätigkeit miteinander verbinden. Kein Ersatz für vorgeschriebene Aufzeichnungen und keine Berechtigung zur Ausstellung von Zuwendungsbestätigungen.</w:t>
      </w:r>
    </w:p>
    <w:p>
      <w:r>
        <w:rPr>
          <w:sz w:val="16"/>
        </w:rPr>
        <w:t xml:space="preserve">Quelle und vollständiger Gesetzestext § 63 AO · Gesetze im Internet</w:t>
      </w:r>
      <w:hyperlink r:id="rId10">
        <w:r>
          <w:rPr>
            <w:sz w:val="16"/>
          </w:rPr>
          <w:t xml:space="preserve"/>
        </w:r>
      </w:hyperlink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REI-GESETZ-NACHWEIS | Arbeitsmittel Version 1.0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Calibri" w:hAnsi="Calibr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20" w:line="259" w:lineRule="auto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20" w:line="259" w:lineRule="auto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20" w:line="259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yperlink" Target="https://www.gesetze-im-internet.de/ao_1977/__63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